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BD" w:rsidRDefault="000E5EBD" w:rsidP="000E5EBD">
      <w:pPr>
        <w:pStyle w:val="Ttulo1"/>
        <w:jc w:val="center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ANEXO II-C – ACTUALIZACIÓN</w:t>
      </w:r>
      <w:r w:rsidR="00E534DA">
        <w:rPr>
          <w:rFonts w:ascii="Arial" w:hAnsi="Arial" w:cs="Arial"/>
          <w:color w:val="auto"/>
          <w:sz w:val="22"/>
          <w:szCs w:val="22"/>
          <w:lang w:val="es-AR"/>
        </w:rPr>
        <w:t xml:space="preserve"> 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DATOS GENERALES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Título del proyecto: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Unidad Académica: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Dependencia (Instituto/Laboratorio):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Responsable del proyecto: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Cargo: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Correo electrónico: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PROYECTO DE INVESTIGACIÓN VINCULADO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Título: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Código SIGEVA: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Director/a: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IDENTIFICACIÓN DEL EQUIPAMIENTO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Nombre: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Marca/Modelo: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Estado: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DIAGNÓSTICO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Limitaciones: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Obsolescencia: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JUSTIFICACIÓN DE LA ACTUALIZACIÓN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Necesidad: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Mejoras esperadas: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USO Y DEMANDA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Usuarios: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lastRenderedPageBreak/>
        <w:t>Proyectos: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proofErr w:type="spellStart"/>
      <w:r w:rsidRPr="000E5EBD">
        <w:rPr>
          <w:rFonts w:ascii="Arial" w:hAnsi="Arial" w:cs="Arial"/>
          <w:lang w:val="es-AR"/>
        </w:rPr>
        <w:t>Tesistas</w:t>
      </w:r>
      <w:proofErr w:type="spellEnd"/>
      <w:r w:rsidRPr="000E5EBD">
        <w:rPr>
          <w:rFonts w:ascii="Arial" w:hAnsi="Arial" w:cs="Arial"/>
          <w:lang w:val="es-AR"/>
        </w:rPr>
        <w:t>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USO PROYECTADO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Nuevas capacidades: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Ampliación de uso: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IMPACTO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Impacto en investigación: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Impacto en formación: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SERVICIOS TECNOLÓGICOS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Servicios mejorados: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Demanda externa: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USO COMPARTIDO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Grupos: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Modalidad: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Impacto institucion</w:t>
      </w:r>
      <w:r w:rsidR="0061218E">
        <w:rPr>
          <w:rFonts w:ascii="Arial" w:hAnsi="Arial" w:cs="Arial"/>
          <w:lang w:val="es-AR"/>
        </w:rPr>
        <w:t>al</w:t>
      </w:r>
    </w:p>
    <w:p w:rsidR="00432456" w:rsidRPr="0061218E" w:rsidRDefault="0061218E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>
        <w:rPr>
          <w:rFonts w:ascii="Arial" w:hAnsi="Arial" w:cs="Arial"/>
          <w:color w:val="auto"/>
          <w:sz w:val="22"/>
          <w:szCs w:val="22"/>
          <w:lang w:val="es-AR"/>
        </w:rPr>
        <w:lastRenderedPageBreak/>
        <w:t>PLAN DE ACTIVIDADES - CRONOGRAMA</w:t>
      </w:r>
    </w:p>
    <w:tbl>
      <w:tblPr>
        <w:tblStyle w:val="Tablaconcuadrcula"/>
        <w:tblW w:w="0" w:type="auto"/>
        <w:tblLook w:val="04A0"/>
      </w:tblPr>
      <w:tblGrid>
        <w:gridCol w:w="2195"/>
        <w:gridCol w:w="3300"/>
        <w:gridCol w:w="1105"/>
        <w:gridCol w:w="1178"/>
      </w:tblGrid>
      <w:tr w:rsidR="0061218E" w:rsidTr="0061218E">
        <w:tc>
          <w:tcPr>
            <w:tcW w:w="219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Actividad</w:t>
            </w:r>
          </w:p>
        </w:tc>
        <w:tc>
          <w:tcPr>
            <w:tcW w:w="3300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0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Mes 1</w:t>
            </w:r>
          </w:p>
        </w:tc>
        <w:tc>
          <w:tcPr>
            <w:tcW w:w="1178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 xml:space="preserve">Mes 2 </w:t>
            </w:r>
          </w:p>
        </w:tc>
      </w:tr>
      <w:tr w:rsidR="0061218E" w:rsidTr="0061218E">
        <w:tc>
          <w:tcPr>
            <w:tcW w:w="219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61218E" w:rsidTr="0061218E">
        <w:tc>
          <w:tcPr>
            <w:tcW w:w="219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61218E" w:rsidTr="0061218E">
        <w:tc>
          <w:tcPr>
            <w:tcW w:w="219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61218E" w:rsidRDefault="0061218E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</w:tbl>
    <w:p w:rsidR="0061218E" w:rsidRPr="00E534DA" w:rsidRDefault="00E534DA">
      <w:pPr>
        <w:pStyle w:val="Ttulo1"/>
        <w:rPr>
          <w:rFonts w:ascii="Arial" w:hAnsi="Arial" w:cs="Arial"/>
          <w:b w:val="0"/>
          <w:color w:val="auto"/>
          <w:sz w:val="22"/>
          <w:szCs w:val="22"/>
          <w:lang w:val="es-AR"/>
        </w:rPr>
      </w:pPr>
      <w:r w:rsidRPr="00E534DA">
        <w:rPr>
          <w:rFonts w:ascii="Arial" w:hAnsi="Arial" w:cs="Arial"/>
          <w:b w:val="0"/>
          <w:color w:val="auto"/>
          <w:sz w:val="22"/>
          <w:szCs w:val="22"/>
          <w:lang w:val="es-AR"/>
        </w:rPr>
        <w:t>La tabla se puede modificar/adaptar a las características del Proyecto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PRESUPUESTO</w:t>
      </w:r>
      <w:r w:rsidR="000E5EBD">
        <w:rPr>
          <w:rFonts w:ascii="Arial" w:hAnsi="Arial" w:cs="Arial"/>
          <w:color w:val="auto"/>
          <w:sz w:val="22"/>
          <w:szCs w:val="22"/>
          <w:lang w:val="es-AR"/>
        </w:rPr>
        <w:t xml:space="preserve"> </w:t>
      </w:r>
      <w:r w:rsidR="000E5EBD" w:rsidRPr="000E5EBD">
        <w:rPr>
          <w:rFonts w:ascii="Arial" w:hAnsi="Arial" w:cs="Arial"/>
          <w:b w:val="0"/>
          <w:bCs w:val="0"/>
          <w:color w:val="auto"/>
          <w:sz w:val="22"/>
          <w:szCs w:val="22"/>
          <w:lang w:val="es-AR"/>
        </w:rPr>
        <w:t>(se debe adjuntar a la propuesta)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Monto: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Detalle:</w:t>
      </w:r>
    </w:p>
    <w:p w:rsidR="00432456" w:rsidRPr="000E5EBD" w:rsidRDefault="00E534DA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0E5EBD">
        <w:rPr>
          <w:rFonts w:ascii="Arial" w:hAnsi="Arial" w:cs="Arial"/>
          <w:color w:val="auto"/>
          <w:sz w:val="22"/>
          <w:szCs w:val="22"/>
          <w:lang w:val="es-AR"/>
        </w:rPr>
        <w:t>FACTIBILIDAD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Infraestructura:</w:t>
      </w:r>
    </w:p>
    <w:p w:rsidR="00432456" w:rsidRPr="000E5EBD" w:rsidRDefault="00E534DA">
      <w:pPr>
        <w:rPr>
          <w:rFonts w:ascii="Arial" w:hAnsi="Arial" w:cs="Arial"/>
          <w:lang w:val="es-AR"/>
        </w:rPr>
      </w:pPr>
      <w:r w:rsidRPr="000E5EBD">
        <w:rPr>
          <w:rFonts w:ascii="Arial" w:hAnsi="Arial" w:cs="Arial"/>
          <w:lang w:val="es-AR"/>
        </w:rPr>
        <w:t>Personal técnico:</w:t>
      </w:r>
    </w:p>
    <w:sectPr w:rsidR="00432456" w:rsidRPr="000E5E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E5EBD"/>
    <w:rsid w:val="0015074B"/>
    <w:rsid w:val="0029639D"/>
    <w:rsid w:val="00326F90"/>
    <w:rsid w:val="00432456"/>
    <w:rsid w:val="004353BD"/>
    <w:rsid w:val="0061218E"/>
    <w:rsid w:val="00704100"/>
    <w:rsid w:val="00AA1D8D"/>
    <w:rsid w:val="00B47730"/>
    <w:rsid w:val="00CB0664"/>
    <w:rsid w:val="00E534DA"/>
    <w:rsid w:val="00EF7B2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8CC349-F517-48BA-BA84-04E497EF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sfelizia</cp:lastModifiedBy>
  <cp:revision>5</cp:revision>
  <dcterms:created xsi:type="dcterms:W3CDTF">2013-12-23T23:15:00Z</dcterms:created>
  <dcterms:modified xsi:type="dcterms:W3CDTF">2026-07-03T13:34:00Z</dcterms:modified>
  <cp:category/>
</cp:coreProperties>
</file>