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72" w:rsidRDefault="00AB5972" w:rsidP="00AB5972">
      <w:pPr>
        <w:pStyle w:val="Ttulo1"/>
        <w:jc w:val="center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ANEXO II-B – REPARACIÓN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DATOS GENERALES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Título del proyecto: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Unidad Académica: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Dependencia (Instituto/Laboratorio):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Responsable del proyecto: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Cargo: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Correo electrónico: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PROYECTO DE INVESTIGACIÓN VINCULADO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Título: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Código SIGEVA: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Director/a: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 xml:space="preserve">IDENTIFICACIÓN </w:t>
      </w:r>
      <w:r w:rsidRPr="00AB5972">
        <w:rPr>
          <w:rFonts w:ascii="Arial" w:hAnsi="Arial" w:cs="Arial"/>
          <w:color w:val="auto"/>
          <w:sz w:val="22"/>
          <w:szCs w:val="22"/>
          <w:lang w:val="es-AR"/>
        </w:rPr>
        <w:t>DEL EQUIPAMIENTO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Nombre: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Marca/Modelo: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Año: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Ubicación: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Estado: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DIAGNÓSTICO Y PROBLEMÁTICA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Problemas técnicos: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Impacto: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JUSTIFICACIÓN DE LA REPARACIÓN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Necesidad: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Justificación técnica: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Alternativas: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lastRenderedPageBreak/>
        <w:t>USO Y DEMANDA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Usuarios: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Proyectos: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Tesistas: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Nivel de uso: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USO PROYECTADO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Capacidades recuperadas: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Mejora esperada: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IMPACTO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Impacto en investigación: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Impacto en formación: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SERVICIOS TECNOLÓGICOS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Servicios actuales: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Servicios recuperados: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USO COMPARTIDO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Grupos: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Modalidad: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Impacto institucional:</w:t>
      </w:r>
    </w:p>
    <w:p w:rsidR="003B79B4" w:rsidRPr="0061218E" w:rsidRDefault="003B79B4" w:rsidP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>
        <w:rPr>
          <w:rFonts w:ascii="Arial" w:hAnsi="Arial" w:cs="Arial"/>
          <w:color w:val="auto"/>
          <w:sz w:val="22"/>
          <w:szCs w:val="22"/>
          <w:lang w:val="es-AR"/>
        </w:rPr>
        <w:lastRenderedPageBreak/>
        <w:t>PLAN DE ACTIVIDADES - CRONOGRAMA</w:t>
      </w:r>
    </w:p>
    <w:tbl>
      <w:tblPr>
        <w:tblStyle w:val="Tablaconcuadrcula"/>
        <w:tblW w:w="0" w:type="auto"/>
        <w:tblLook w:val="04A0"/>
      </w:tblPr>
      <w:tblGrid>
        <w:gridCol w:w="2195"/>
        <w:gridCol w:w="3300"/>
        <w:gridCol w:w="1105"/>
        <w:gridCol w:w="1178"/>
      </w:tblGrid>
      <w:tr w:rsidR="003B79B4" w:rsidTr="009B26C8">
        <w:tc>
          <w:tcPr>
            <w:tcW w:w="219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Actividad</w:t>
            </w:r>
          </w:p>
        </w:tc>
        <w:tc>
          <w:tcPr>
            <w:tcW w:w="3300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0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Mes 1</w:t>
            </w:r>
          </w:p>
        </w:tc>
        <w:tc>
          <w:tcPr>
            <w:tcW w:w="1178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 xml:space="preserve">Mes 2 </w:t>
            </w:r>
          </w:p>
        </w:tc>
      </w:tr>
      <w:tr w:rsidR="003B79B4" w:rsidTr="009B26C8">
        <w:tc>
          <w:tcPr>
            <w:tcW w:w="219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  <w:tr w:rsidR="003B79B4" w:rsidTr="009B26C8">
        <w:tc>
          <w:tcPr>
            <w:tcW w:w="219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  <w:tr w:rsidR="003B79B4" w:rsidTr="009B26C8">
        <w:tc>
          <w:tcPr>
            <w:tcW w:w="219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3B79B4" w:rsidRDefault="003B79B4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</w:tbl>
    <w:p w:rsidR="003B79B4" w:rsidRPr="003B79B4" w:rsidRDefault="003B79B4">
      <w:pPr>
        <w:pStyle w:val="Ttulo1"/>
        <w:rPr>
          <w:rFonts w:ascii="Arial" w:hAnsi="Arial" w:cs="Arial"/>
          <w:b w:val="0"/>
          <w:color w:val="auto"/>
          <w:sz w:val="22"/>
          <w:szCs w:val="22"/>
          <w:lang w:val="es-AR"/>
        </w:rPr>
      </w:pPr>
      <w:r w:rsidRPr="00E534DA">
        <w:rPr>
          <w:rFonts w:ascii="Arial" w:hAnsi="Arial" w:cs="Arial"/>
          <w:b w:val="0"/>
          <w:color w:val="auto"/>
          <w:sz w:val="22"/>
          <w:szCs w:val="22"/>
          <w:lang w:val="es-AR"/>
        </w:rPr>
        <w:t>La tabla se puede modificar/adaptar a las características del Proyecto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PRESUPUESTO</w:t>
      </w:r>
      <w:r w:rsidR="0047064C">
        <w:rPr>
          <w:rFonts w:ascii="Arial" w:hAnsi="Arial" w:cs="Arial"/>
          <w:color w:val="auto"/>
          <w:sz w:val="22"/>
          <w:szCs w:val="22"/>
          <w:lang w:val="es-AR"/>
        </w:rPr>
        <w:t xml:space="preserve"> </w:t>
      </w:r>
      <w:r w:rsidR="0047064C" w:rsidRPr="0047064C">
        <w:rPr>
          <w:rFonts w:ascii="Arial" w:hAnsi="Arial" w:cs="Arial"/>
          <w:b w:val="0"/>
          <w:bCs w:val="0"/>
          <w:color w:val="auto"/>
          <w:sz w:val="22"/>
          <w:szCs w:val="22"/>
          <w:lang w:val="es-AR"/>
        </w:rPr>
        <w:t>(adjuntar a la propuesta)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Monto: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Justificación: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Presupuesto técnico:</w:t>
      </w:r>
    </w:p>
    <w:p w:rsidR="00433435" w:rsidRPr="00AB5972" w:rsidRDefault="003B79B4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AB5972">
        <w:rPr>
          <w:rFonts w:ascii="Arial" w:hAnsi="Arial" w:cs="Arial"/>
          <w:color w:val="auto"/>
          <w:sz w:val="22"/>
          <w:szCs w:val="22"/>
          <w:lang w:val="es-AR"/>
        </w:rPr>
        <w:t>FACTIBILIDAD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Infraestructura:</w:t>
      </w:r>
    </w:p>
    <w:p w:rsidR="00433435" w:rsidRPr="00AB5972" w:rsidRDefault="003B79B4">
      <w:pPr>
        <w:rPr>
          <w:rFonts w:ascii="Arial" w:hAnsi="Arial" w:cs="Arial"/>
          <w:lang w:val="es-AR"/>
        </w:rPr>
      </w:pPr>
      <w:r w:rsidRPr="00AB5972">
        <w:rPr>
          <w:rFonts w:ascii="Arial" w:hAnsi="Arial" w:cs="Arial"/>
          <w:lang w:val="es-AR"/>
        </w:rPr>
        <w:t>Personal técnico:</w:t>
      </w:r>
    </w:p>
    <w:sectPr w:rsidR="00433435" w:rsidRPr="00AB59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65D1D"/>
    <w:rsid w:val="0015074B"/>
    <w:rsid w:val="0029639D"/>
    <w:rsid w:val="00326F90"/>
    <w:rsid w:val="003B79B4"/>
    <w:rsid w:val="00433435"/>
    <w:rsid w:val="0047064C"/>
    <w:rsid w:val="004B1BEC"/>
    <w:rsid w:val="007077D3"/>
    <w:rsid w:val="00AA1D8D"/>
    <w:rsid w:val="00AB5972"/>
    <w:rsid w:val="00B47730"/>
    <w:rsid w:val="00BA3B44"/>
    <w:rsid w:val="00CB0664"/>
    <w:rsid w:val="00DF0DAF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3BCDAF-5631-4D98-A161-E7E35CCC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sfelizia</cp:lastModifiedBy>
  <cp:revision>7</cp:revision>
  <dcterms:created xsi:type="dcterms:W3CDTF">2013-12-23T23:15:00Z</dcterms:created>
  <dcterms:modified xsi:type="dcterms:W3CDTF">2026-07-03T13:35:00Z</dcterms:modified>
  <cp:category/>
</cp:coreProperties>
</file>