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C44" w:rsidRDefault="00CA6C44" w:rsidP="00CA6C44">
      <w:pPr>
        <w:pStyle w:val="Ttulo1"/>
        <w:jc w:val="center"/>
        <w:rPr>
          <w:rFonts w:ascii="Arial" w:hAnsi="Arial" w:cs="Arial"/>
          <w:color w:val="auto"/>
          <w:sz w:val="22"/>
          <w:szCs w:val="22"/>
          <w:lang w:val="es-AR"/>
        </w:rPr>
      </w:pPr>
      <w:r w:rsidRPr="00CA6C44">
        <w:rPr>
          <w:rFonts w:ascii="Arial" w:hAnsi="Arial" w:cs="Arial"/>
          <w:color w:val="auto"/>
          <w:sz w:val="22"/>
          <w:szCs w:val="22"/>
          <w:lang w:val="es-AR"/>
        </w:rPr>
        <w:t>ANEXO II-A – ADQUISICIÓN</w:t>
      </w:r>
    </w:p>
    <w:p w:rsidR="00512A9E" w:rsidRPr="00CA6C44" w:rsidRDefault="0082369C">
      <w:pPr>
        <w:pStyle w:val="Ttulo1"/>
        <w:rPr>
          <w:rFonts w:ascii="Arial" w:hAnsi="Arial" w:cs="Arial"/>
          <w:color w:val="auto"/>
          <w:sz w:val="22"/>
          <w:szCs w:val="22"/>
          <w:lang w:val="es-AR"/>
        </w:rPr>
      </w:pPr>
      <w:r w:rsidRPr="00CA6C44">
        <w:rPr>
          <w:rFonts w:ascii="Arial" w:hAnsi="Arial" w:cs="Arial"/>
          <w:color w:val="auto"/>
          <w:sz w:val="22"/>
          <w:szCs w:val="22"/>
          <w:lang w:val="es-AR"/>
        </w:rPr>
        <w:t>DATOS GENERALES</w:t>
      </w:r>
    </w:p>
    <w:p w:rsidR="00512A9E" w:rsidRPr="00CA6C44" w:rsidRDefault="0082369C">
      <w:pPr>
        <w:rPr>
          <w:rFonts w:ascii="Arial" w:hAnsi="Arial" w:cs="Arial"/>
          <w:lang w:val="es-AR"/>
        </w:rPr>
      </w:pPr>
      <w:r w:rsidRPr="00CA6C44">
        <w:rPr>
          <w:rFonts w:ascii="Arial" w:hAnsi="Arial" w:cs="Arial"/>
          <w:lang w:val="es-AR"/>
        </w:rPr>
        <w:t>Título del proyecto:</w:t>
      </w:r>
    </w:p>
    <w:p w:rsidR="00512A9E" w:rsidRPr="00CA6C44" w:rsidRDefault="0082369C">
      <w:pPr>
        <w:rPr>
          <w:rFonts w:ascii="Arial" w:hAnsi="Arial" w:cs="Arial"/>
          <w:lang w:val="es-AR"/>
        </w:rPr>
      </w:pPr>
      <w:r w:rsidRPr="00CA6C44">
        <w:rPr>
          <w:rFonts w:ascii="Arial" w:hAnsi="Arial" w:cs="Arial"/>
          <w:lang w:val="es-AR"/>
        </w:rPr>
        <w:t>Unidad Académica:</w:t>
      </w:r>
    </w:p>
    <w:p w:rsidR="00512A9E" w:rsidRPr="00CA6C44" w:rsidRDefault="0082369C">
      <w:pPr>
        <w:rPr>
          <w:rFonts w:ascii="Arial" w:hAnsi="Arial" w:cs="Arial"/>
          <w:lang w:val="es-AR"/>
        </w:rPr>
      </w:pPr>
      <w:r w:rsidRPr="00CA6C44">
        <w:rPr>
          <w:rFonts w:ascii="Arial" w:hAnsi="Arial" w:cs="Arial"/>
          <w:lang w:val="es-AR"/>
        </w:rPr>
        <w:t>Dependencia (Instituto/Laboratorio):</w:t>
      </w:r>
    </w:p>
    <w:p w:rsidR="00512A9E" w:rsidRPr="00CA6C44" w:rsidRDefault="0082369C">
      <w:pPr>
        <w:rPr>
          <w:rFonts w:ascii="Arial" w:hAnsi="Arial" w:cs="Arial"/>
          <w:lang w:val="es-AR"/>
        </w:rPr>
      </w:pPr>
      <w:r w:rsidRPr="00CA6C44">
        <w:rPr>
          <w:rFonts w:ascii="Arial" w:hAnsi="Arial" w:cs="Arial"/>
          <w:lang w:val="es-AR"/>
        </w:rPr>
        <w:t>Responsable del proyecto:</w:t>
      </w:r>
    </w:p>
    <w:p w:rsidR="00512A9E" w:rsidRPr="00CA6C44" w:rsidRDefault="0082369C">
      <w:pPr>
        <w:rPr>
          <w:rFonts w:ascii="Arial" w:hAnsi="Arial" w:cs="Arial"/>
          <w:lang w:val="es-AR"/>
        </w:rPr>
      </w:pPr>
      <w:r w:rsidRPr="00CA6C44">
        <w:rPr>
          <w:rFonts w:ascii="Arial" w:hAnsi="Arial" w:cs="Arial"/>
          <w:lang w:val="es-AR"/>
        </w:rPr>
        <w:t>Cargo:</w:t>
      </w:r>
    </w:p>
    <w:p w:rsidR="00512A9E" w:rsidRPr="00CA6C44" w:rsidRDefault="0082369C">
      <w:pPr>
        <w:rPr>
          <w:rFonts w:ascii="Arial" w:hAnsi="Arial" w:cs="Arial"/>
          <w:lang w:val="es-AR"/>
        </w:rPr>
      </w:pPr>
      <w:r w:rsidRPr="00CA6C44">
        <w:rPr>
          <w:rFonts w:ascii="Arial" w:hAnsi="Arial" w:cs="Arial"/>
          <w:lang w:val="es-AR"/>
        </w:rPr>
        <w:t>Correo electrónico:</w:t>
      </w:r>
    </w:p>
    <w:p w:rsidR="00512A9E" w:rsidRPr="00CA6C44" w:rsidRDefault="0082369C">
      <w:pPr>
        <w:pStyle w:val="Ttulo1"/>
        <w:rPr>
          <w:rFonts w:ascii="Arial" w:hAnsi="Arial" w:cs="Arial"/>
          <w:color w:val="auto"/>
          <w:sz w:val="22"/>
          <w:szCs w:val="22"/>
          <w:lang w:val="es-AR"/>
        </w:rPr>
      </w:pPr>
      <w:r w:rsidRPr="00CA6C44">
        <w:rPr>
          <w:rFonts w:ascii="Arial" w:hAnsi="Arial" w:cs="Arial"/>
          <w:color w:val="auto"/>
          <w:sz w:val="22"/>
          <w:szCs w:val="22"/>
          <w:lang w:val="es-AR"/>
        </w:rPr>
        <w:t>PROYECTO DE INVESTIGACIÓN VINCULADO</w:t>
      </w:r>
    </w:p>
    <w:p w:rsidR="00512A9E" w:rsidRPr="00CA6C44" w:rsidRDefault="0082369C">
      <w:pPr>
        <w:rPr>
          <w:rFonts w:ascii="Arial" w:hAnsi="Arial" w:cs="Arial"/>
          <w:lang w:val="es-AR"/>
        </w:rPr>
      </w:pPr>
      <w:r w:rsidRPr="00CA6C44">
        <w:rPr>
          <w:rFonts w:ascii="Arial" w:hAnsi="Arial" w:cs="Arial"/>
          <w:lang w:val="es-AR"/>
        </w:rPr>
        <w:t>Título:</w:t>
      </w:r>
    </w:p>
    <w:p w:rsidR="00512A9E" w:rsidRPr="00CA6C44" w:rsidRDefault="0082369C">
      <w:pPr>
        <w:rPr>
          <w:rFonts w:ascii="Arial" w:hAnsi="Arial" w:cs="Arial"/>
          <w:lang w:val="es-AR"/>
        </w:rPr>
      </w:pPr>
      <w:r w:rsidRPr="00CA6C44">
        <w:rPr>
          <w:rFonts w:ascii="Arial" w:hAnsi="Arial" w:cs="Arial"/>
          <w:lang w:val="es-AR"/>
        </w:rPr>
        <w:t>Código SIGEVA:</w:t>
      </w:r>
    </w:p>
    <w:p w:rsidR="00512A9E" w:rsidRPr="00CA6C44" w:rsidRDefault="0082369C">
      <w:pPr>
        <w:rPr>
          <w:rFonts w:ascii="Arial" w:hAnsi="Arial" w:cs="Arial"/>
          <w:lang w:val="es-AR"/>
        </w:rPr>
      </w:pPr>
      <w:r w:rsidRPr="00CA6C44">
        <w:rPr>
          <w:rFonts w:ascii="Arial" w:hAnsi="Arial" w:cs="Arial"/>
          <w:lang w:val="es-AR"/>
        </w:rPr>
        <w:t>Director/a:</w:t>
      </w:r>
    </w:p>
    <w:p w:rsidR="00512A9E" w:rsidRPr="00CA6C44" w:rsidRDefault="0082369C">
      <w:pPr>
        <w:pStyle w:val="Ttulo1"/>
        <w:rPr>
          <w:rFonts w:ascii="Arial" w:hAnsi="Arial" w:cs="Arial"/>
          <w:color w:val="auto"/>
          <w:sz w:val="22"/>
          <w:szCs w:val="22"/>
          <w:lang w:val="es-AR"/>
        </w:rPr>
      </w:pPr>
      <w:r w:rsidRPr="00CA6C44">
        <w:rPr>
          <w:rFonts w:ascii="Arial" w:hAnsi="Arial" w:cs="Arial"/>
          <w:color w:val="auto"/>
          <w:sz w:val="22"/>
          <w:szCs w:val="22"/>
          <w:lang w:val="es-AR"/>
        </w:rPr>
        <w:t xml:space="preserve">JUSTIFICACIÓN </w:t>
      </w:r>
      <w:r w:rsidRPr="00CA6C44">
        <w:rPr>
          <w:rFonts w:ascii="Arial" w:hAnsi="Arial" w:cs="Arial"/>
          <w:color w:val="auto"/>
          <w:sz w:val="22"/>
          <w:szCs w:val="22"/>
          <w:lang w:val="es-AR"/>
        </w:rPr>
        <w:t>DE LA ADQUISICIÓN</w:t>
      </w:r>
    </w:p>
    <w:p w:rsidR="00512A9E" w:rsidRPr="00CA6C44" w:rsidRDefault="0082369C">
      <w:pPr>
        <w:rPr>
          <w:rFonts w:ascii="Arial" w:hAnsi="Arial" w:cs="Arial"/>
          <w:lang w:val="es-AR"/>
        </w:rPr>
      </w:pPr>
      <w:r w:rsidRPr="00CA6C44">
        <w:rPr>
          <w:rFonts w:ascii="Arial" w:hAnsi="Arial" w:cs="Arial"/>
          <w:lang w:val="es-AR"/>
        </w:rPr>
        <w:t>Descripción de la necesidad:</w:t>
      </w:r>
    </w:p>
    <w:p w:rsidR="00512A9E" w:rsidRPr="00CA6C44" w:rsidRDefault="0082369C">
      <w:pPr>
        <w:rPr>
          <w:rFonts w:ascii="Arial" w:hAnsi="Arial" w:cs="Arial"/>
          <w:lang w:val="es-AR"/>
        </w:rPr>
      </w:pPr>
      <w:r w:rsidRPr="00CA6C44">
        <w:rPr>
          <w:rFonts w:ascii="Arial" w:hAnsi="Arial" w:cs="Arial"/>
          <w:lang w:val="es-AR"/>
        </w:rPr>
        <w:t>Equipamiento existente y limitaciones:</w:t>
      </w:r>
    </w:p>
    <w:p w:rsidR="00512A9E" w:rsidRPr="00CA6C44" w:rsidRDefault="0082369C">
      <w:pPr>
        <w:rPr>
          <w:rFonts w:ascii="Arial" w:hAnsi="Arial" w:cs="Arial"/>
          <w:lang w:val="es-AR"/>
        </w:rPr>
      </w:pPr>
      <w:r w:rsidRPr="00CA6C44">
        <w:rPr>
          <w:rFonts w:ascii="Arial" w:hAnsi="Arial" w:cs="Arial"/>
          <w:lang w:val="es-AR"/>
        </w:rPr>
        <w:t>Justificación técnica:</w:t>
      </w:r>
    </w:p>
    <w:p w:rsidR="00512A9E" w:rsidRPr="00CA6C44" w:rsidRDefault="0082369C">
      <w:pPr>
        <w:rPr>
          <w:rFonts w:ascii="Arial" w:hAnsi="Arial" w:cs="Arial"/>
          <w:lang w:val="es-AR"/>
        </w:rPr>
      </w:pPr>
      <w:r w:rsidRPr="00CA6C44">
        <w:rPr>
          <w:rFonts w:ascii="Arial" w:hAnsi="Arial" w:cs="Arial"/>
          <w:lang w:val="es-AR"/>
        </w:rPr>
        <w:t>Alternativas consideradas:</w:t>
      </w:r>
    </w:p>
    <w:p w:rsidR="00512A9E" w:rsidRPr="00CA6C44" w:rsidRDefault="0082369C">
      <w:pPr>
        <w:pStyle w:val="Ttulo1"/>
        <w:rPr>
          <w:rFonts w:ascii="Arial" w:hAnsi="Arial" w:cs="Arial"/>
          <w:color w:val="auto"/>
          <w:sz w:val="22"/>
          <w:szCs w:val="22"/>
          <w:lang w:val="es-AR"/>
        </w:rPr>
      </w:pPr>
      <w:r w:rsidRPr="00CA6C44">
        <w:rPr>
          <w:rFonts w:ascii="Arial" w:hAnsi="Arial" w:cs="Arial"/>
          <w:color w:val="auto"/>
          <w:sz w:val="22"/>
          <w:szCs w:val="22"/>
          <w:lang w:val="es-AR"/>
        </w:rPr>
        <w:t>USO Y DEMANDA</w:t>
      </w:r>
    </w:p>
    <w:p w:rsidR="00512A9E" w:rsidRPr="00CA6C44" w:rsidRDefault="0082369C">
      <w:pPr>
        <w:rPr>
          <w:rFonts w:ascii="Arial" w:hAnsi="Arial" w:cs="Arial"/>
          <w:lang w:val="es-AR"/>
        </w:rPr>
      </w:pPr>
      <w:r w:rsidRPr="00CA6C44">
        <w:rPr>
          <w:rFonts w:ascii="Arial" w:hAnsi="Arial" w:cs="Arial"/>
          <w:lang w:val="es-AR"/>
        </w:rPr>
        <w:t>Número de usuarios previstos:</w:t>
      </w:r>
    </w:p>
    <w:p w:rsidR="00512A9E" w:rsidRPr="00CA6C44" w:rsidRDefault="0082369C">
      <w:pPr>
        <w:rPr>
          <w:rFonts w:ascii="Arial" w:hAnsi="Arial" w:cs="Arial"/>
          <w:lang w:val="es-AR"/>
        </w:rPr>
      </w:pPr>
      <w:r w:rsidRPr="00CA6C44">
        <w:rPr>
          <w:rFonts w:ascii="Arial" w:hAnsi="Arial" w:cs="Arial"/>
          <w:lang w:val="es-AR"/>
        </w:rPr>
        <w:t>Número de proyectos:</w:t>
      </w:r>
    </w:p>
    <w:p w:rsidR="00512A9E" w:rsidRPr="00CA6C44" w:rsidRDefault="0082369C">
      <w:pPr>
        <w:rPr>
          <w:rFonts w:ascii="Arial" w:hAnsi="Arial" w:cs="Arial"/>
          <w:lang w:val="es-AR"/>
        </w:rPr>
      </w:pPr>
      <w:r w:rsidRPr="00CA6C44">
        <w:rPr>
          <w:rFonts w:ascii="Arial" w:hAnsi="Arial" w:cs="Arial"/>
          <w:lang w:val="es-AR"/>
        </w:rPr>
        <w:t>Número de tesistas:</w:t>
      </w:r>
    </w:p>
    <w:p w:rsidR="00512A9E" w:rsidRPr="00CA6C44" w:rsidRDefault="0082369C">
      <w:pPr>
        <w:rPr>
          <w:rFonts w:ascii="Arial" w:hAnsi="Arial" w:cs="Arial"/>
          <w:lang w:val="es-AR"/>
        </w:rPr>
      </w:pPr>
      <w:r w:rsidRPr="00CA6C44">
        <w:rPr>
          <w:rFonts w:ascii="Arial" w:hAnsi="Arial" w:cs="Arial"/>
          <w:lang w:val="es-AR"/>
        </w:rPr>
        <w:t>¿Equipo único en UNR?: Sí / No</w:t>
      </w:r>
    </w:p>
    <w:p w:rsidR="00512A9E" w:rsidRPr="00CA6C44" w:rsidRDefault="0082369C">
      <w:pPr>
        <w:pStyle w:val="Ttulo1"/>
        <w:rPr>
          <w:rFonts w:ascii="Arial" w:hAnsi="Arial" w:cs="Arial"/>
          <w:color w:val="auto"/>
          <w:sz w:val="22"/>
          <w:szCs w:val="22"/>
          <w:lang w:val="es-AR"/>
        </w:rPr>
      </w:pPr>
      <w:r w:rsidRPr="00CA6C44">
        <w:rPr>
          <w:rFonts w:ascii="Arial" w:hAnsi="Arial" w:cs="Arial"/>
          <w:color w:val="auto"/>
          <w:sz w:val="22"/>
          <w:szCs w:val="22"/>
          <w:lang w:val="es-AR"/>
        </w:rPr>
        <w:t xml:space="preserve">USO </w:t>
      </w:r>
      <w:r w:rsidRPr="00CA6C44">
        <w:rPr>
          <w:rFonts w:ascii="Arial" w:hAnsi="Arial" w:cs="Arial"/>
          <w:color w:val="auto"/>
          <w:sz w:val="22"/>
          <w:szCs w:val="22"/>
          <w:lang w:val="es-AR"/>
        </w:rPr>
        <w:t>PROYECTADO</w:t>
      </w:r>
    </w:p>
    <w:p w:rsidR="00512A9E" w:rsidRPr="00CA6C44" w:rsidRDefault="0082369C">
      <w:pPr>
        <w:rPr>
          <w:rFonts w:ascii="Arial" w:hAnsi="Arial" w:cs="Arial"/>
          <w:lang w:val="es-AR"/>
        </w:rPr>
      </w:pPr>
      <w:r w:rsidRPr="00CA6C44">
        <w:rPr>
          <w:rFonts w:ascii="Arial" w:hAnsi="Arial" w:cs="Arial"/>
          <w:lang w:val="es-AR"/>
        </w:rPr>
        <w:t>Capacidades que incorpora:</w:t>
      </w:r>
    </w:p>
    <w:p w:rsidR="00512A9E" w:rsidRPr="00CA6C44" w:rsidRDefault="0082369C">
      <w:pPr>
        <w:rPr>
          <w:rFonts w:ascii="Arial" w:hAnsi="Arial" w:cs="Arial"/>
          <w:lang w:val="es-AR"/>
        </w:rPr>
      </w:pPr>
      <w:r w:rsidRPr="00CA6C44">
        <w:rPr>
          <w:rFonts w:ascii="Arial" w:hAnsi="Arial" w:cs="Arial"/>
          <w:lang w:val="es-AR"/>
        </w:rPr>
        <w:t>Nuevas líneas de investigación:</w:t>
      </w:r>
    </w:p>
    <w:p w:rsidR="00512A9E" w:rsidRPr="00CA6C44" w:rsidRDefault="0082369C">
      <w:pPr>
        <w:rPr>
          <w:rFonts w:ascii="Arial" w:hAnsi="Arial" w:cs="Arial"/>
          <w:lang w:val="es-AR"/>
        </w:rPr>
      </w:pPr>
      <w:r w:rsidRPr="00CA6C44">
        <w:rPr>
          <w:rFonts w:ascii="Arial" w:hAnsi="Arial" w:cs="Arial"/>
          <w:lang w:val="es-AR"/>
        </w:rPr>
        <w:lastRenderedPageBreak/>
        <w:t>Ampliación de usuarios:</w:t>
      </w:r>
    </w:p>
    <w:p w:rsidR="00512A9E" w:rsidRPr="00CA6C44" w:rsidRDefault="0082369C">
      <w:pPr>
        <w:pStyle w:val="Ttulo1"/>
        <w:rPr>
          <w:rFonts w:ascii="Arial" w:hAnsi="Arial" w:cs="Arial"/>
          <w:color w:val="auto"/>
          <w:sz w:val="22"/>
          <w:szCs w:val="22"/>
          <w:lang w:val="es-AR"/>
        </w:rPr>
      </w:pPr>
      <w:r w:rsidRPr="00CA6C44">
        <w:rPr>
          <w:rFonts w:ascii="Arial" w:hAnsi="Arial" w:cs="Arial"/>
          <w:color w:val="auto"/>
          <w:sz w:val="22"/>
          <w:szCs w:val="22"/>
          <w:lang w:val="es-AR"/>
        </w:rPr>
        <w:t>IMPACTO</w:t>
      </w:r>
    </w:p>
    <w:p w:rsidR="00512A9E" w:rsidRPr="00CA6C44" w:rsidRDefault="0082369C">
      <w:pPr>
        <w:rPr>
          <w:rFonts w:ascii="Arial" w:hAnsi="Arial" w:cs="Arial"/>
          <w:lang w:val="es-AR"/>
        </w:rPr>
      </w:pPr>
      <w:r w:rsidRPr="00CA6C44">
        <w:rPr>
          <w:rFonts w:ascii="Arial" w:hAnsi="Arial" w:cs="Arial"/>
          <w:lang w:val="es-AR"/>
        </w:rPr>
        <w:t>Impacto en investigación:</w:t>
      </w:r>
    </w:p>
    <w:p w:rsidR="00512A9E" w:rsidRPr="00CA6C44" w:rsidRDefault="0082369C">
      <w:pPr>
        <w:rPr>
          <w:rFonts w:ascii="Arial" w:hAnsi="Arial" w:cs="Arial"/>
          <w:lang w:val="es-AR"/>
        </w:rPr>
      </w:pPr>
      <w:r w:rsidRPr="00CA6C44">
        <w:rPr>
          <w:rFonts w:ascii="Arial" w:hAnsi="Arial" w:cs="Arial"/>
          <w:lang w:val="es-AR"/>
        </w:rPr>
        <w:t>Impacto en formación de RRHH:</w:t>
      </w:r>
    </w:p>
    <w:p w:rsidR="00512A9E" w:rsidRPr="00CA6C44" w:rsidRDefault="0082369C">
      <w:pPr>
        <w:pStyle w:val="Ttulo1"/>
        <w:rPr>
          <w:rFonts w:ascii="Arial" w:hAnsi="Arial" w:cs="Arial"/>
          <w:color w:val="auto"/>
          <w:sz w:val="22"/>
          <w:szCs w:val="22"/>
          <w:lang w:val="es-AR"/>
        </w:rPr>
      </w:pPr>
      <w:r w:rsidRPr="00CA6C44">
        <w:rPr>
          <w:rFonts w:ascii="Arial" w:hAnsi="Arial" w:cs="Arial"/>
          <w:color w:val="auto"/>
          <w:sz w:val="22"/>
          <w:szCs w:val="22"/>
          <w:lang w:val="es-AR"/>
        </w:rPr>
        <w:t>SERVICIOS TECNOLÓGICOS</w:t>
      </w:r>
    </w:p>
    <w:p w:rsidR="00512A9E" w:rsidRPr="00CA6C44" w:rsidRDefault="0082369C">
      <w:pPr>
        <w:rPr>
          <w:rFonts w:ascii="Arial" w:hAnsi="Arial" w:cs="Arial"/>
          <w:lang w:val="es-AR"/>
        </w:rPr>
      </w:pPr>
      <w:r w:rsidRPr="00CA6C44">
        <w:rPr>
          <w:rFonts w:ascii="Arial" w:hAnsi="Arial" w:cs="Arial"/>
          <w:lang w:val="es-AR"/>
        </w:rPr>
        <w:t>Servicios potenciales:</w:t>
      </w:r>
    </w:p>
    <w:p w:rsidR="00512A9E" w:rsidRPr="00CA6C44" w:rsidRDefault="0082369C">
      <w:pPr>
        <w:rPr>
          <w:rFonts w:ascii="Arial" w:hAnsi="Arial" w:cs="Arial"/>
          <w:lang w:val="es-AR"/>
        </w:rPr>
      </w:pPr>
      <w:r w:rsidRPr="00CA6C44">
        <w:rPr>
          <w:rFonts w:ascii="Arial" w:hAnsi="Arial" w:cs="Arial"/>
          <w:lang w:val="es-AR"/>
        </w:rPr>
        <w:t>Cantidad estimada anual:</w:t>
      </w:r>
    </w:p>
    <w:p w:rsidR="00512A9E" w:rsidRPr="00CA6C44" w:rsidRDefault="0082369C">
      <w:pPr>
        <w:rPr>
          <w:rFonts w:ascii="Arial" w:hAnsi="Arial" w:cs="Arial"/>
          <w:lang w:val="es-AR"/>
        </w:rPr>
      </w:pPr>
      <w:r w:rsidRPr="00CA6C44">
        <w:rPr>
          <w:rFonts w:ascii="Arial" w:hAnsi="Arial" w:cs="Arial"/>
          <w:lang w:val="es-AR"/>
        </w:rPr>
        <w:t>Usuarios externos: Sí / No</w:t>
      </w:r>
    </w:p>
    <w:p w:rsidR="00512A9E" w:rsidRPr="00CA6C44" w:rsidRDefault="0082369C">
      <w:pPr>
        <w:rPr>
          <w:rFonts w:ascii="Arial" w:hAnsi="Arial" w:cs="Arial"/>
          <w:lang w:val="es-AR"/>
        </w:rPr>
      </w:pPr>
      <w:r w:rsidRPr="00CA6C44">
        <w:rPr>
          <w:rFonts w:ascii="Arial" w:hAnsi="Arial" w:cs="Arial"/>
          <w:lang w:val="es-AR"/>
        </w:rPr>
        <w:t>Vinculación con empresas:</w:t>
      </w:r>
    </w:p>
    <w:p w:rsidR="00512A9E" w:rsidRPr="00CA6C44" w:rsidRDefault="0082369C">
      <w:pPr>
        <w:pStyle w:val="Ttulo1"/>
        <w:rPr>
          <w:rFonts w:ascii="Arial" w:hAnsi="Arial" w:cs="Arial"/>
          <w:color w:val="auto"/>
          <w:sz w:val="22"/>
          <w:szCs w:val="22"/>
          <w:lang w:val="es-AR"/>
        </w:rPr>
      </w:pPr>
      <w:r w:rsidRPr="00CA6C44">
        <w:rPr>
          <w:rFonts w:ascii="Arial" w:hAnsi="Arial" w:cs="Arial"/>
          <w:color w:val="auto"/>
          <w:sz w:val="22"/>
          <w:szCs w:val="22"/>
          <w:lang w:val="es-AR"/>
        </w:rPr>
        <w:t>USO COMPARTIDO</w:t>
      </w:r>
    </w:p>
    <w:p w:rsidR="00512A9E" w:rsidRPr="00CA6C44" w:rsidRDefault="0082369C">
      <w:pPr>
        <w:rPr>
          <w:rFonts w:ascii="Arial" w:hAnsi="Arial" w:cs="Arial"/>
          <w:lang w:val="es-AR"/>
        </w:rPr>
      </w:pPr>
      <w:r w:rsidRPr="00CA6C44">
        <w:rPr>
          <w:rFonts w:ascii="Arial" w:hAnsi="Arial" w:cs="Arial"/>
          <w:lang w:val="es-AR"/>
        </w:rPr>
        <w:t>Grupos que utilizarán el equipo:</w:t>
      </w:r>
    </w:p>
    <w:p w:rsidR="00512A9E" w:rsidRPr="00CA6C44" w:rsidRDefault="0082369C">
      <w:pPr>
        <w:rPr>
          <w:rFonts w:ascii="Arial" w:hAnsi="Arial" w:cs="Arial"/>
          <w:lang w:val="es-AR"/>
        </w:rPr>
      </w:pPr>
      <w:r w:rsidRPr="00CA6C44">
        <w:rPr>
          <w:rFonts w:ascii="Arial" w:hAnsi="Arial" w:cs="Arial"/>
          <w:lang w:val="es-AR"/>
        </w:rPr>
        <w:t>Modalidad de acceso:</w:t>
      </w:r>
    </w:p>
    <w:p w:rsidR="00512A9E" w:rsidRPr="00CA6C44" w:rsidRDefault="0082369C">
      <w:pPr>
        <w:rPr>
          <w:rFonts w:ascii="Arial" w:hAnsi="Arial" w:cs="Arial"/>
          <w:lang w:val="es-AR"/>
        </w:rPr>
      </w:pPr>
      <w:r w:rsidRPr="00CA6C44">
        <w:rPr>
          <w:rFonts w:ascii="Arial" w:hAnsi="Arial" w:cs="Arial"/>
          <w:lang w:val="es-AR"/>
        </w:rPr>
        <w:t>Impacto institucional:</w:t>
      </w:r>
    </w:p>
    <w:p w:rsidR="0082369C" w:rsidRPr="0061218E" w:rsidRDefault="0082369C" w:rsidP="0082369C">
      <w:pPr>
        <w:pStyle w:val="Ttulo1"/>
        <w:rPr>
          <w:rFonts w:ascii="Arial" w:hAnsi="Arial" w:cs="Arial"/>
          <w:color w:val="auto"/>
          <w:sz w:val="22"/>
          <w:szCs w:val="22"/>
          <w:lang w:val="es-AR"/>
        </w:rPr>
      </w:pPr>
      <w:r>
        <w:rPr>
          <w:rFonts w:ascii="Arial" w:hAnsi="Arial" w:cs="Arial"/>
          <w:color w:val="auto"/>
          <w:sz w:val="22"/>
          <w:szCs w:val="22"/>
          <w:lang w:val="es-AR"/>
        </w:rPr>
        <w:t>PLAN DE ACTIVIDADES - CRONOGRAMA</w:t>
      </w:r>
    </w:p>
    <w:tbl>
      <w:tblPr>
        <w:tblStyle w:val="Tablaconcuadrcula"/>
        <w:tblW w:w="0" w:type="auto"/>
        <w:tblLook w:val="04A0"/>
      </w:tblPr>
      <w:tblGrid>
        <w:gridCol w:w="2195"/>
        <w:gridCol w:w="3300"/>
        <w:gridCol w:w="1105"/>
        <w:gridCol w:w="1178"/>
      </w:tblGrid>
      <w:tr w:rsidR="0082369C" w:rsidTr="009B26C8">
        <w:tc>
          <w:tcPr>
            <w:tcW w:w="2195" w:type="dxa"/>
          </w:tcPr>
          <w:p w:rsidR="0082369C" w:rsidRDefault="0082369C" w:rsidP="009B26C8">
            <w:pPr>
              <w:pStyle w:val="Ttulo1"/>
              <w:outlineLvl w:val="0"/>
              <w:rPr>
                <w:rFonts w:ascii="Arial" w:hAnsi="Arial" w:cs="Arial"/>
                <w:color w:val="auto"/>
                <w:sz w:val="22"/>
                <w:szCs w:val="22"/>
                <w:lang w:val="es-AR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  <w:lang w:val="es-AR"/>
              </w:rPr>
              <w:t>Actividad</w:t>
            </w:r>
          </w:p>
        </w:tc>
        <w:tc>
          <w:tcPr>
            <w:tcW w:w="3300" w:type="dxa"/>
          </w:tcPr>
          <w:p w:rsidR="0082369C" w:rsidRDefault="0082369C" w:rsidP="009B26C8">
            <w:pPr>
              <w:pStyle w:val="Ttulo1"/>
              <w:outlineLvl w:val="0"/>
              <w:rPr>
                <w:rFonts w:ascii="Arial" w:hAnsi="Arial" w:cs="Arial"/>
                <w:color w:val="auto"/>
                <w:sz w:val="22"/>
                <w:szCs w:val="22"/>
                <w:lang w:val="es-AR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  <w:lang w:val="es-AR"/>
              </w:rPr>
              <w:t>Descripción</w:t>
            </w:r>
          </w:p>
        </w:tc>
        <w:tc>
          <w:tcPr>
            <w:tcW w:w="1105" w:type="dxa"/>
          </w:tcPr>
          <w:p w:rsidR="0082369C" w:rsidRDefault="0082369C" w:rsidP="009B26C8">
            <w:pPr>
              <w:pStyle w:val="Ttulo1"/>
              <w:outlineLvl w:val="0"/>
              <w:rPr>
                <w:rFonts w:ascii="Arial" w:hAnsi="Arial" w:cs="Arial"/>
                <w:color w:val="auto"/>
                <w:sz w:val="22"/>
                <w:szCs w:val="22"/>
                <w:lang w:val="es-AR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  <w:lang w:val="es-AR"/>
              </w:rPr>
              <w:t>Mes 1</w:t>
            </w:r>
          </w:p>
        </w:tc>
        <w:tc>
          <w:tcPr>
            <w:tcW w:w="1178" w:type="dxa"/>
          </w:tcPr>
          <w:p w:rsidR="0082369C" w:rsidRDefault="0082369C" w:rsidP="009B26C8">
            <w:pPr>
              <w:pStyle w:val="Ttulo1"/>
              <w:outlineLvl w:val="0"/>
              <w:rPr>
                <w:rFonts w:ascii="Arial" w:hAnsi="Arial" w:cs="Arial"/>
                <w:color w:val="auto"/>
                <w:sz w:val="22"/>
                <w:szCs w:val="22"/>
                <w:lang w:val="es-AR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  <w:lang w:val="es-AR"/>
              </w:rPr>
              <w:t xml:space="preserve">Mes 2 </w:t>
            </w:r>
          </w:p>
        </w:tc>
      </w:tr>
      <w:tr w:rsidR="0082369C" w:rsidTr="009B26C8">
        <w:tc>
          <w:tcPr>
            <w:tcW w:w="2195" w:type="dxa"/>
          </w:tcPr>
          <w:p w:rsidR="0082369C" w:rsidRDefault="0082369C" w:rsidP="009B26C8">
            <w:pPr>
              <w:pStyle w:val="Ttulo1"/>
              <w:outlineLvl w:val="0"/>
              <w:rPr>
                <w:rFonts w:ascii="Arial" w:hAnsi="Arial" w:cs="Arial"/>
                <w:color w:val="auto"/>
                <w:sz w:val="22"/>
                <w:szCs w:val="22"/>
                <w:lang w:val="es-AR"/>
              </w:rPr>
            </w:pPr>
          </w:p>
        </w:tc>
        <w:tc>
          <w:tcPr>
            <w:tcW w:w="3300" w:type="dxa"/>
          </w:tcPr>
          <w:p w:rsidR="0082369C" w:rsidRDefault="0082369C" w:rsidP="009B26C8">
            <w:pPr>
              <w:pStyle w:val="Ttulo1"/>
              <w:outlineLvl w:val="0"/>
              <w:rPr>
                <w:rFonts w:ascii="Arial" w:hAnsi="Arial" w:cs="Arial"/>
                <w:color w:val="auto"/>
                <w:sz w:val="22"/>
                <w:szCs w:val="22"/>
                <w:lang w:val="es-AR"/>
              </w:rPr>
            </w:pPr>
          </w:p>
        </w:tc>
        <w:tc>
          <w:tcPr>
            <w:tcW w:w="1105" w:type="dxa"/>
          </w:tcPr>
          <w:p w:rsidR="0082369C" w:rsidRDefault="0082369C" w:rsidP="009B26C8">
            <w:pPr>
              <w:pStyle w:val="Ttulo1"/>
              <w:outlineLvl w:val="0"/>
              <w:rPr>
                <w:rFonts w:ascii="Arial" w:hAnsi="Arial" w:cs="Arial"/>
                <w:color w:val="auto"/>
                <w:sz w:val="22"/>
                <w:szCs w:val="22"/>
                <w:lang w:val="es-AR"/>
              </w:rPr>
            </w:pPr>
          </w:p>
        </w:tc>
        <w:tc>
          <w:tcPr>
            <w:tcW w:w="1178" w:type="dxa"/>
          </w:tcPr>
          <w:p w:rsidR="0082369C" w:rsidRDefault="0082369C" w:rsidP="009B26C8">
            <w:pPr>
              <w:pStyle w:val="Ttulo1"/>
              <w:outlineLvl w:val="0"/>
              <w:rPr>
                <w:rFonts w:ascii="Arial" w:hAnsi="Arial" w:cs="Arial"/>
                <w:color w:val="auto"/>
                <w:sz w:val="22"/>
                <w:szCs w:val="22"/>
                <w:lang w:val="es-AR"/>
              </w:rPr>
            </w:pPr>
          </w:p>
        </w:tc>
      </w:tr>
      <w:tr w:rsidR="0082369C" w:rsidTr="009B26C8">
        <w:tc>
          <w:tcPr>
            <w:tcW w:w="2195" w:type="dxa"/>
          </w:tcPr>
          <w:p w:rsidR="0082369C" w:rsidRDefault="0082369C" w:rsidP="009B26C8">
            <w:pPr>
              <w:pStyle w:val="Ttulo1"/>
              <w:outlineLvl w:val="0"/>
              <w:rPr>
                <w:rFonts w:ascii="Arial" w:hAnsi="Arial" w:cs="Arial"/>
                <w:color w:val="auto"/>
                <w:sz w:val="22"/>
                <w:szCs w:val="22"/>
                <w:lang w:val="es-AR"/>
              </w:rPr>
            </w:pPr>
          </w:p>
        </w:tc>
        <w:tc>
          <w:tcPr>
            <w:tcW w:w="3300" w:type="dxa"/>
          </w:tcPr>
          <w:p w:rsidR="0082369C" w:rsidRDefault="0082369C" w:rsidP="009B26C8">
            <w:pPr>
              <w:pStyle w:val="Ttulo1"/>
              <w:outlineLvl w:val="0"/>
              <w:rPr>
                <w:rFonts w:ascii="Arial" w:hAnsi="Arial" w:cs="Arial"/>
                <w:color w:val="auto"/>
                <w:sz w:val="22"/>
                <w:szCs w:val="22"/>
                <w:lang w:val="es-AR"/>
              </w:rPr>
            </w:pPr>
          </w:p>
        </w:tc>
        <w:tc>
          <w:tcPr>
            <w:tcW w:w="1105" w:type="dxa"/>
          </w:tcPr>
          <w:p w:rsidR="0082369C" w:rsidRDefault="0082369C" w:rsidP="009B26C8">
            <w:pPr>
              <w:pStyle w:val="Ttulo1"/>
              <w:outlineLvl w:val="0"/>
              <w:rPr>
                <w:rFonts w:ascii="Arial" w:hAnsi="Arial" w:cs="Arial"/>
                <w:color w:val="auto"/>
                <w:sz w:val="22"/>
                <w:szCs w:val="22"/>
                <w:lang w:val="es-AR"/>
              </w:rPr>
            </w:pPr>
          </w:p>
        </w:tc>
        <w:tc>
          <w:tcPr>
            <w:tcW w:w="1178" w:type="dxa"/>
          </w:tcPr>
          <w:p w:rsidR="0082369C" w:rsidRDefault="0082369C" w:rsidP="009B26C8">
            <w:pPr>
              <w:pStyle w:val="Ttulo1"/>
              <w:outlineLvl w:val="0"/>
              <w:rPr>
                <w:rFonts w:ascii="Arial" w:hAnsi="Arial" w:cs="Arial"/>
                <w:color w:val="auto"/>
                <w:sz w:val="22"/>
                <w:szCs w:val="22"/>
                <w:lang w:val="es-AR"/>
              </w:rPr>
            </w:pPr>
          </w:p>
        </w:tc>
      </w:tr>
      <w:tr w:rsidR="0082369C" w:rsidTr="009B26C8">
        <w:tc>
          <w:tcPr>
            <w:tcW w:w="2195" w:type="dxa"/>
          </w:tcPr>
          <w:p w:rsidR="0082369C" w:rsidRDefault="0082369C" w:rsidP="009B26C8">
            <w:pPr>
              <w:pStyle w:val="Ttulo1"/>
              <w:outlineLvl w:val="0"/>
              <w:rPr>
                <w:rFonts w:ascii="Arial" w:hAnsi="Arial" w:cs="Arial"/>
                <w:color w:val="auto"/>
                <w:sz w:val="22"/>
                <w:szCs w:val="22"/>
                <w:lang w:val="es-AR"/>
              </w:rPr>
            </w:pPr>
          </w:p>
        </w:tc>
        <w:tc>
          <w:tcPr>
            <w:tcW w:w="3300" w:type="dxa"/>
          </w:tcPr>
          <w:p w:rsidR="0082369C" w:rsidRDefault="0082369C" w:rsidP="009B26C8">
            <w:pPr>
              <w:pStyle w:val="Ttulo1"/>
              <w:outlineLvl w:val="0"/>
              <w:rPr>
                <w:rFonts w:ascii="Arial" w:hAnsi="Arial" w:cs="Arial"/>
                <w:color w:val="auto"/>
                <w:sz w:val="22"/>
                <w:szCs w:val="22"/>
                <w:lang w:val="es-AR"/>
              </w:rPr>
            </w:pPr>
          </w:p>
        </w:tc>
        <w:tc>
          <w:tcPr>
            <w:tcW w:w="1105" w:type="dxa"/>
          </w:tcPr>
          <w:p w:rsidR="0082369C" w:rsidRDefault="0082369C" w:rsidP="009B26C8">
            <w:pPr>
              <w:pStyle w:val="Ttulo1"/>
              <w:outlineLvl w:val="0"/>
              <w:rPr>
                <w:rFonts w:ascii="Arial" w:hAnsi="Arial" w:cs="Arial"/>
                <w:color w:val="auto"/>
                <w:sz w:val="22"/>
                <w:szCs w:val="22"/>
                <w:lang w:val="es-AR"/>
              </w:rPr>
            </w:pPr>
          </w:p>
        </w:tc>
        <w:tc>
          <w:tcPr>
            <w:tcW w:w="1178" w:type="dxa"/>
          </w:tcPr>
          <w:p w:rsidR="0082369C" w:rsidRDefault="0082369C" w:rsidP="009B26C8">
            <w:pPr>
              <w:pStyle w:val="Ttulo1"/>
              <w:outlineLvl w:val="0"/>
              <w:rPr>
                <w:rFonts w:ascii="Arial" w:hAnsi="Arial" w:cs="Arial"/>
                <w:color w:val="auto"/>
                <w:sz w:val="22"/>
                <w:szCs w:val="22"/>
                <w:lang w:val="es-AR"/>
              </w:rPr>
            </w:pPr>
          </w:p>
        </w:tc>
      </w:tr>
    </w:tbl>
    <w:p w:rsidR="0082369C" w:rsidRPr="0082369C" w:rsidRDefault="0082369C">
      <w:pPr>
        <w:pStyle w:val="Ttulo1"/>
        <w:rPr>
          <w:rFonts w:ascii="Arial" w:hAnsi="Arial" w:cs="Arial"/>
          <w:b w:val="0"/>
          <w:color w:val="auto"/>
          <w:sz w:val="22"/>
          <w:szCs w:val="22"/>
          <w:lang w:val="es-AR"/>
        </w:rPr>
      </w:pPr>
      <w:r w:rsidRPr="00E534DA">
        <w:rPr>
          <w:rFonts w:ascii="Arial" w:hAnsi="Arial" w:cs="Arial"/>
          <w:b w:val="0"/>
          <w:color w:val="auto"/>
          <w:sz w:val="22"/>
          <w:szCs w:val="22"/>
          <w:lang w:val="es-AR"/>
        </w:rPr>
        <w:t>La tabla se puede modificar/adaptar a las características del Proyecto</w:t>
      </w:r>
    </w:p>
    <w:p w:rsidR="00512A9E" w:rsidRPr="00CA6C44" w:rsidRDefault="0082369C">
      <w:pPr>
        <w:pStyle w:val="Ttulo1"/>
        <w:rPr>
          <w:rFonts w:ascii="Arial" w:hAnsi="Arial" w:cs="Arial"/>
          <w:color w:val="auto"/>
          <w:sz w:val="22"/>
          <w:szCs w:val="22"/>
          <w:lang w:val="es-AR"/>
        </w:rPr>
      </w:pPr>
      <w:r w:rsidRPr="00CA6C44">
        <w:rPr>
          <w:rFonts w:ascii="Arial" w:hAnsi="Arial" w:cs="Arial"/>
          <w:color w:val="auto"/>
          <w:sz w:val="22"/>
          <w:szCs w:val="22"/>
          <w:lang w:val="es-AR"/>
        </w:rPr>
        <w:t>PRESUPUESTO</w:t>
      </w:r>
      <w:r w:rsidR="000713E0">
        <w:rPr>
          <w:rFonts w:ascii="Arial" w:hAnsi="Arial" w:cs="Arial"/>
          <w:color w:val="auto"/>
          <w:sz w:val="22"/>
          <w:szCs w:val="22"/>
          <w:lang w:val="es-AR"/>
        </w:rPr>
        <w:t xml:space="preserve"> </w:t>
      </w:r>
      <w:r w:rsidR="000713E0" w:rsidRPr="000713E0">
        <w:rPr>
          <w:rFonts w:ascii="Arial" w:hAnsi="Arial" w:cs="Arial"/>
          <w:b w:val="0"/>
          <w:bCs w:val="0"/>
          <w:color w:val="auto"/>
          <w:sz w:val="22"/>
          <w:szCs w:val="22"/>
          <w:lang w:val="es-AR"/>
        </w:rPr>
        <w:t>(se debe adjuntar a la propuesta)</w:t>
      </w:r>
    </w:p>
    <w:p w:rsidR="00512A9E" w:rsidRPr="00CA6C44" w:rsidRDefault="0082369C">
      <w:pPr>
        <w:rPr>
          <w:rFonts w:ascii="Arial" w:hAnsi="Arial" w:cs="Arial"/>
          <w:lang w:val="es-AR"/>
        </w:rPr>
      </w:pPr>
      <w:r w:rsidRPr="00CA6C44">
        <w:rPr>
          <w:rFonts w:ascii="Arial" w:hAnsi="Arial" w:cs="Arial"/>
          <w:lang w:val="es-AR"/>
        </w:rPr>
        <w:t>Monto total solicitado:</w:t>
      </w:r>
    </w:p>
    <w:p w:rsidR="00512A9E" w:rsidRPr="00CA6C44" w:rsidRDefault="0082369C">
      <w:pPr>
        <w:rPr>
          <w:rFonts w:ascii="Arial" w:hAnsi="Arial" w:cs="Arial"/>
          <w:lang w:val="es-AR"/>
        </w:rPr>
      </w:pPr>
      <w:r w:rsidRPr="00CA6C44">
        <w:rPr>
          <w:rFonts w:ascii="Arial" w:hAnsi="Arial" w:cs="Arial"/>
          <w:lang w:val="es-AR"/>
        </w:rPr>
        <w:t>Justificación:</w:t>
      </w:r>
    </w:p>
    <w:p w:rsidR="00512A9E" w:rsidRPr="00CA6C44" w:rsidRDefault="0082369C">
      <w:pPr>
        <w:pStyle w:val="Ttulo1"/>
        <w:rPr>
          <w:rFonts w:ascii="Arial" w:hAnsi="Arial" w:cs="Arial"/>
          <w:color w:val="auto"/>
          <w:sz w:val="22"/>
          <w:szCs w:val="22"/>
          <w:lang w:val="es-AR"/>
        </w:rPr>
      </w:pPr>
      <w:r w:rsidRPr="00CA6C44">
        <w:rPr>
          <w:rFonts w:ascii="Arial" w:hAnsi="Arial" w:cs="Arial"/>
          <w:color w:val="auto"/>
          <w:sz w:val="22"/>
          <w:szCs w:val="22"/>
          <w:lang w:val="es-AR"/>
        </w:rPr>
        <w:lastRenderedPageBreak/>
        <w:t>FACTIBILIDAD</w:t>
      </w:r>
    </w:p>
    <w:p w:rsidR="00512A9E" w:rsidRPr="00CA6C44" w:rsidRDefault="0082369C">
      <w:pPr>
        <w:rPr>
          <w:rFonts w:ascii="Arial" w:hAnsi="Arial" w:cs="Arial"/>
          <w:lang w:val="es-AR"/>
        </w:rPr>
      </w:pPr>
      <w:r w:rsidRPr="00CA6C44">
        <w:rPr>
          <w:rFonts w:ascii="Arial" w:hAnsi="Arial" w:cs="Arial"/>
          <w:lang w:val="es-AR"/>
        </w:rPr>
        <w:t>Infraestructura:</w:t>
      </w:r>
    </w:p>
    <w:p w:rsidR="00512A9E" w:rsidRPr="00CA6C44" w:rsidRDefault="0082369C">
      <w:pPr>
        <w:rPr>
          <w:rFonts w:ascii="Arial" w:hAnsi="Arial" w:cs="Arial"/>
          <w:lang w:val="es-AR"/>
        </w:rPr>
      </w:pPr>
      <w:r w:rsidRPr="00CA6C44">
        <w:rPr>
          <w:rFonts w:ascii="Arial" w:hAnsi="Arial" w:cs="Arial"/>
          <w:lang w:val="es-AR"/>
        </w:rPr>
        <w:t>Personal técnico:</w:t>
      </w:r>
    </w:p>
    <w:p w:rsidR="00512A9E" w:rsidRPr="00CA6C44" w:rsidRDefault="0082369C">
      <w:pPr>
        <w:rPr>
          <w:rFonts w:ascii="Arial" w:hAnsi="Arial" w:cs="Arial"/>
          <w:lang w:val="es-AR"/>
        </w:rPr>
      </w:pPr>
      <w:r w:rsidRPr="00CA6C44">
        <w:rPr>
          <w:rFonts w:ascii="Arial" w:hAnsi="Arial" w:cs="Arial"/>
          <w:lang w:val="es-AR"/>
        </w:rPr>
        <w:t>Condiciones de instalación:</w:t>
      </w:r>
    </w:p>
    <w:sectPr w:rsidR="00512A9E" w:rsidRPr="00CA6C44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>
    <w:useFELayout/>
  </w:compat>
  <w:rsids>
    <w:rsidRoot w:val="00B47730"/>
    <w:rsid w:val="00034616"/>
    <w:rsid w:val="0006063C"/>
    <w:rsid w:val="000713E0"/>
    <w:rsid w:val="0015074B"/>
    <w:rsid w:val="001B0204"/>
    <w:rsid w:val="0029639D"/>
    <w:rsid w:val="00326F90"/>
    <w:rsid w:val="00512A9E"/>
    <w:rsid w:val="007077D3"/>
    <w:rsid w:val="00790346"/>
    <w:rsid w:val="0082369C"/>
    <w:rsid w:val="0085376C"/>
    <w:rsid w:val="00AA1D8D"/>
    <w:rsid w:val="00B47730"/>
    <w:rsid w:val="00BF2EF3"/>
    <w:rsid w:val="00CA6C44"/>
    <w:rsid w:val="00CB0664"/>
    <w:rsid w:val="00F528D1"/>
    <w:rsid w:val="00FC69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Epgraf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de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8E0D1E6-C47F-40C5-9EA3-961DE5A805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184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1199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sfelizia</cp:lastModifiedBy>
  <cp:revision>7</cp:revision>
  <dcterms:created xsi:type="dcterms:W3CDTF">2013-12-23T23:15:00Z</dcterms:created>
  <dcterms:modified xsi:type="dcterms:W3CDTF">2026-07-03T13:35:00Z</dcterms:modified>
  <cp:category/>
</cp:coreProperties>
</file>